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מילים נרדפות, הפכים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והפכים ולהשתמש בהן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וצירופי לשון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אוצר המילים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הניב מתאר אמירת אמת ברצינות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הניב מתאר ויתור או כניעה, לא הצלחה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(להתאמץ לחשוב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(לדבר כשאף אחד לא מקשיב)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(להסכים לגמרי עם 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הבנת ניבים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לא בחר צד ונשאר ניטרלי, לא החליט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שהניב מתאר התאמצות לחשוב על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שהתלמיד/ה השתמשו בניב בהקשר נכון ושהמשפט הגיוני ומשקף את משמעות הניב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נרדפת: עליז/מאושר; הפך: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ביטוי קבוע שמשמעותו שונה מהמילים בנפרד, עם דוגמה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שמדגים ויתור או כניעה בהקשר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ניחוש ניבים לפי תיאור או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התרגילים לדף העזר ומילת היום שבתחנה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השאלות המסומנות כקשות ולהתמקד בשאר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מילים נרדפות, הפכים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בתחנת מערת האוצר מגלים אבני חן של שפה: מילים נרדפות, הפכים, ניבים וצירופי לשון. כל מילה חדשה שלומדים היא עוד אבן חן באוצר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סגור  ·  ענק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מילה נרדפת למילה 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ההפך של המילה "אור"?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הניב "לשים יד על הלב" פירושו לדבר בכנות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הניב "להרים ידיים" פירושו להצליח בגדול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המילה "פתוח"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נרדפת למילה "גדול"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ניב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להסכים לגמרי עם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לדבר אל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להתאמץ לחשוב על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לעשות עין בעין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לדבר כשאף אחד לא מקשיב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הבנת 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"דני התלבט הרבה והחליט בסוף לשבת על הגדר". מה המשמעות של הביטוי במשפט?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שבו תשתמשו בניב "לשבור את הראש" בהקשר 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ניבים שלמדתם היום, וכתבו לכל אחד מהם משפט מהחיים שלכם שמדגים את המשמעות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אחת ומילה הפוכה אחת למילה "שמח"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במילים שלכם מה זה ניב, ותנו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מילים נרדפות, הפכים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