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מילים נרדפות, הפכים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והפכים ולהשתמש בהן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וצירופי לשון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אוצר המילים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להתאמץ לחשוב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הניב מתאר אמירת אמת ברצינות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הניב מתאר ויתור או כניעה, לא 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הפכים הם מילים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צירוף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(להתאמץ לחשוב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(לדבר כשאף אחד לא מקשיב)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(להסכים לגמרי עם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(לוותר, להיכנע)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(להתמודד ישירות עם 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הבנת ניבים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לא בחר צד ונשאר ניטרלי, לא החליט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הפרטים הקטנים (העצים) מסתירים את התמונה הכללית (היער)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יש לבדוק שהניב מתאר התאמצות לחשוב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השתמשו בניב בהקשר נכון ושהמשפט הגיוני ומשקף את משמעות הניב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נרדפת: עליז/מאושר; הפך: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ביטוי קבוע שמשמעותו שונה מהמילים בנפרד, עם דוגמה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שמדגים ויתור או כניעה בהקשר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ניחוש ניבים לפי תיאור או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התרגילים לדף העזר ומילת היום שבתחנה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השאלות המסומנות כקשות ולהתמקד בשאר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מילים נרדפות, הפכים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מילים חדשות: מילים דומות (נרדפות), מילים הפוכות, וניבים - ביטויים מיוחדים. כל מילה חדשה היא כמו אוצר.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דומה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בנפרד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שמופיעות יחד ויוצרות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הסיפור שסביב מילה, שעוזר להבין את משמעותה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מילולית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המשמעות הפשוטה והישירה של המילים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מושאלת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משמעות נוספת ולא ישירה שמקובלת בשפה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במשמעות למילה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הפוכה מהמילה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במשמעות למילה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הפוכה מהמילה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במשמעות למילה 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הכוונה כשאומרים לשבור את הראש?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לפגוע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להתאמץ לחשוב על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ללכת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עמוק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"לשים יד על הלב" פירושו לדבר בכנות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"להרים ידיים" פירושו להצליח בגדול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הם מילים בעלות אותה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לשון הוא קבוצת מילים שמופיעות יחד ויוצרות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הניב "לתפוס שור ב__________" פירושו להתמודד ישירות עם בעיה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"פתוח"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"גדול"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הניב "לשבת על ה__________" פירושו לא להחליט ולהישאר ניטרלי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אדם לא רואה את ה__________ מרוב העצים, קשה לו לראות את התמונה הכללית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לוותר, להיכנע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לדבר אל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להסכים לגמרי עם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לעשות עין בעין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להתמודד ישירות עם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להתאמץ לחשוב על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לתפוס שור בקרניים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לדבר כשאף אחד לא מקשיב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הבנת 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"דני התלבט הרבה והחליט בסוף לשבת על הגדר". מה המשמעות של הביטוי במשפט?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אומרים "לא רואים את היער מרוב העצים" כשיש יותר מדי פרטים קטנים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שבו תשתמשו בניב "לשבור את הראש" בהקשר 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ניבים שלמדתם היום, וכתבו לכל אחד מהם משפט מהחיים שלכם שמדגים את המשמעות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ומילה הפוכה אחת למילה "שמח"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 זה ניב, ותנו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שמראה שהבנתם את משמעות הניב "להרים ידיים"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מילים נרדפות, הפכים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