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מילים נרדפות, הפכים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נרדפות והפכים ולהשתמש בהן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של ניבים וצירופי לשון לפי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את אוצר המילים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מילים נרדפות והפכים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זריז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להתאמץ לחשוב על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הניב מתאר אמירת אמת ברצינות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הניב מתאר ויתור או כניעה, לא הצלחה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הפכים הם מילים בעלות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של צירוף לשון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ניב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(להתאמץ לחשוב על פתרון)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(לדבר כשאף אחד לא מקשיב)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(להסכים לגמרי עם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(לוותר, להיכנע)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(להתמודד ישירות עם בעיה)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הבנת ניבים בהקשר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לא בחר צד ונשאר ניטרלי, לא החליט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הפרטים הקטנים (העצים) מסתירים את התמונה הכללית (היער)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- יש לבדוק שהניב מתאר התאמצות לחשוב על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שהתלמיד/ה השתמשו בניב בהקשר נכון ושהמשפט הגיוני ומשקף את משמעות הניב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נרדפת: עליז/מאושר; הפך: עצוב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ביטוי קבוע שמשמעותו שונה מהמילים בנפרד, עם דוגמה תקינה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שמדגים ויתור או כניעה בהקשר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של ניחוש ניבים לפי תיאור או 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התרגילים לדף העזר ומילת היום שבתחנה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לדלג על השאלות המסומנות כקשות ולהתמקד בשאר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מילים נרדפות, הפכים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בתחנת מערת האוצר מגלים אבני חן של שפה: מילים נרדפות, הפכים, ניבים וצירופי לשון. כל מילה חדשה שלומדים היא עוד אבן חן באוצר שלכם.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מילים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מילה נרדפת למילה "שמח"?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ההפך של המילה "גדול"?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מילה נרדפת למילה "מהיר"?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ההפך של המילה "אור"?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מילה נרדפת למילה "יפה"?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המשמעות של הניב "לשבור את הראש"?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לפגוע בראש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להתאמץ לחשוב על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ללכת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לישון עמוק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הניב "לשים יד על הלב" פירושו לדבר בכנות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הניב "להרים ידיים" פירושו להצליח בגדול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נרדפות הן מילים בעלות משמעות דומה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הפכים הם מילים בעלות אותה 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לשון הוא קבוצת מילים שמופיעות יחד ויוצרות 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הניב "לתפוס שור ב__________" פירושו להתמודד ישירות עם בעיה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של המילה "פתוח"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נרדפת למילה "גדול"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הניב "לשבת על ה__________" פירושו לא להחליט ולהישאר ניטרלי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כאשר אדם לא רואה את ה__________ מרוב העצים, קשה לו לראות את התמונה הכללית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ניב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לשבור את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להסכים לגמרי עם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לדבר אל הקיר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להתמודד ישירות עם 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לעשות עין בעין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לוותר, להיכנע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להרים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לדבר כשאף אחד לא מקשיב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לתפוס שור בקרניים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להתאמץ לחשוב על פתרון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הבנת ניבים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"דני התלבט הרבה והחליט בסוף לשבת על הגדר". מה המשמעות של הביטוי במשפט?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אומרים "לא רואים את היער מרוב העצים" כשיש יותר מדי פרטים קטנים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שבו תשתמשו בניב "לשבור את הראש" בהקשר נכון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ניבים שלמדתם היום, וכתבו לכל אחד מהם משפט מהחיים שלכם שמדגים את המשמעות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נרדפת אחת ומילה הפוכה אחת למילה "שמח"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במילים שלכם מה זה ניב, ותנו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שמראה שהבנתם את משמעות הניב "להרים ידיים"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– מילים נרדפות, הפכים וניבים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